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שגרה שבועית – פינת 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הפעילויות בשגרה השבועית של פינת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של מילים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לדייק בשימוש במילת השבוע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השגרה השבועית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מחפשים מילה נרדפת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כדור ההפכים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בוחרים יחד את מילת השבוע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ימים לפעילויות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(מציגים את מילת השבוע על הלוח)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(מחפשים מילה נרדפת וכותבים על 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(מחפשים הפך ומשחקים כדור ההפכים)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(כותבים או אומרים משפט עם המילה)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(משחקים ובוחרים את מילת השבוע הבאה)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מילת השבוע חוזרת כל יום בפעילויות השונות.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פתקים ירוקים הם לנרדפות, והכתומים להפכים.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פעילות יום שלישי נמשכת שבע דקות.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בתיאור קיר המילים.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נרדפת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גלגל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הפעילויות בשבוע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מציגים את מילת השבוע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מילה נרדפת וכותבים על 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מחפשים הפך ומשחקים כדור ההפכים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או אומרים משפט עם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משחקים וחוזרים על מילים, ובוחרים מילה לשבוע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מרגיש עליז היום.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קריטריון: התלמיד מסביר שהחזרה עוזרת לזכור מילים ולהרחיב את אוצר המילים.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נרדפת היא מילה בעלת משמעות דומה, למשל שמח-עליז.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הפך הוא מילה בעלת משמעות הפוכה, למשל גדול-קטן.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ימי השבוע מראשון עד חמישי כוללים פעילות סביב מילת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להכין מראש כרטיס מילה גדול ופתקים צבעוניים לקיר המילים.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תנועה כמו מחיאות כפיים בהברות ביום ראשון כדי לחזק את הזיכרון.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החודש כדאי לשריין זמן קבוע למשחק הזיכרון כחזרה מצטברת על כל המילים.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שגרה שבועית – פינת 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השגרה השבועית של פינת אוצר המילים: איך בוחרים מילת שבוע, מוצאים לה חברה (מילה נרדפת) ויריב (הפך), וכותבים איתה משפטים בקיר המשפטים.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השגרה השבועית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מציגים בפעם הראשונה את מילת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ביום שני בפינת אוצר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מחפשים מילה נרדפת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מחפשים הפך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במסך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 המשחק שמשחקים ביום 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ההפכים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גלגל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הזיכרון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משפטים נכנסים לקיר המשפטים ביום רביעי?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בסוף פעילות יום חמישי?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יחד את מילת השבוע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משפט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מציגים כרטיס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מחפשים הפך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ימים לפעילויות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מחפשים מילה נרדפת וכותבים על פתק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משחקים ובוחרים את מילת השבוע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כותבים או אומרים משפט עם המילה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מציגים את מילת השבוע על הלוח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חמישי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מחפשים הפך ומשחקים כדור ההפכים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שבוע לומדים מילה חדשה אחת שנקראת מילת השבוע.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הפתקים הירוקים בקיר המילים הם למילים הפוכות.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יום שלישי נמשכת עשר דקות.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החודש חוזרים על המילים במשחק הזיכרון.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__________ מציגים את מילת השבוע על הלוח.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שני מחפשים מילה __________ למילת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ביום שלישי משחקים במשחק בשם כדור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פתקים __________ בקיר המילים הם לנרדפות.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ביום חמישי משחקים ב__________ המילים או באתגר הזמן.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הפעילויות בשבוע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וחוזרים על מילים, ובוחרים מילה לשבוע הבא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הפך ומשחקים כדור ההפכים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או אומרים משפט עם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את מילת השבוע על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מילה נרדפת וכותבים על פתק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מילה נרדפת למילה 'שמח'.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כדאי לחזור כל שבוע על מילים נרדפות והפכים.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נרדפת? תנו דוגמה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הפך? תנו דוגמה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באילו ימים בשבוע עובדים על מילת השבוע בפינת אוצר המילים?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שגרה שבועית – פינת אוצר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