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הפעילויות בשגרה השבועית של פינת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של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בשימוש במילת השבוע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מילה נרדפת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ימים לפעילויות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(מציגים את מילת השבוע על הלוח)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(מחפשים מילה נרדפת וכותבים על 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(מחפשים הפך ומשחקים כדור ההפכים)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או אומרים משפט עם המילה)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מילת השבוע חוזרת כל יום בפעילויות השונות.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קיר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הפעילויות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מציגים את מילת השבוע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מילה נרדפת וכותבים על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הפך ומשחקים כדור ההפכים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אומרים משפט עם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מרגיש עליז היום.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נרדפת היא מילה בעלת משמעות דומה, למשל שמח-עליז.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הפך הוא מילה בעלת משמעות הפוכה, למשל גדול-קטן.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ימי השבוע מראשון עד חמישי כוללים פעילות סביב מילת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להכין מראש כרטיס מילה גדול ופתקים צבעוניים לקיר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תנועה כמו מחיאות כפיים בהברות ביום ראשון כדי לחזק את הזיכרון.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החודש כדאי לשריין זמן קבוע למשחק הזיכרון כחזרה מצטברת על כל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שגרה שבועית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השגרה השבועית של פינת אוצר המילים: איך בוחרים מילת שבוע, מוצאים לה חברה (מילה נרדפת) ויריב (הפך), וכותבים איתה משפטים בקיר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נרדפת  ·  ראשון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מציגים בפעם הראשונה את מילת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ביום שני בפינת אוצר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מחפשים מילה נרדפת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מחפשים 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ימים לפעילויות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מחפשים מילה נרדפת וכותבים על 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מציגים את מילת השבוע על הלוח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כותבים או אומרים משפט עם המילה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מחפשים הפך ומשחקים כדור ההפכים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שבוע לומדים מילה חדשה אחת שנקראת מילת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החודש חוזרים על המילים במשחק הזיכרון.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__________ מציגים את מילת השבוע על הלוח.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שני מחפשים מילה __________ למילת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הפעילויות בשבוע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או אומרים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הפך ומשחקים כדור ההפכים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מילה נרדפת וכותבים על פתק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מציגים את מילת השבוע על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מילה נרדפת למילה 'שמח'.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הפך?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שגרה שבועית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